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8BECE" w14:textId="77777777" w:rsidR="00403CDB" w:rsidRPr="00485AE3" w:rsidRDefault="00000000">
      <w:pPr>
        <w:pStyle w:val="Rubrik"/>
        <w:jc w:val="center"/>
        <w:rPr>
          <w:lang w:val="sv-SE"/>
        </w:rPr>
      </w:pPr>
      <w:r w:rsidRPr="00485AE3">
        <w:rPr>
          <w:lang w:val="sv-SE"/>
        </w:rPr>
        <w:t>RIDLÄGER 2026</w:t>
      </w:r>
    </w:p>
    <w:p w14:paraId="5ADC8D4C" w14:textId="77777777" w:rsidR="00403CDB" w:rsidRPr="00E76975" w:rsidRDefault="00000000">
      <w:pPr>
        <w:pStyle w:val="Rubrik1"/>
        <w:jc w:val="center"/>
        <w:rPr>
          <w:lang w:val="sv-SE"/>
        </w:rPr>
      </w:pPr>
      <w:r w:rsidRPr="00E76975">
        <w:rPr>
          <w:lang w:val="sv-SE"/>
        </w:rPr>
        <w:t>Strömsunds Ridklubb</w:t>
      </w:r>
    </w:p>
    <w:p w14:paraId="5A2579BE" w14:textId="77777777" w:rsidR="00403CDB" w:rsidRPr="00E76975" w:rsidRDefault="00000000">
      <w:pPr>
        <w:jc w:val="center"/>
        <w:rPr>
          <w:lang w:val="sv-SE"/>
        </w:rPr>
      </w:pPr>
      <w:r w:rsidRPr="00E76975">
        <w:rPr>
          <w:lang w:val="sv-SE"/>
        </w:rPr>
        <w:t>Vecka 25 · Vecka 26 · Vecka 33</w:t>
      </w:r>
    </w:p>
    <w:p w14:paraId="6ABC65C2" w14:textId="42B1DD6F" w:rsidR="00403CDB" w:rsidRPr="00E76975" w:rsidRDefault="00E76975" w:rsidP="00E76975">
      <w:pPr>
        <w:jc w:val="center"/>
        <w:rPr>
          <w:lang w:val="sv-SE"/>
        </w:rPr>
      </w:pPr>
      <w:r>
        <w:rPr>
          <w:i/>
          <w:noProof/>
        </w:rPr>
        <w:drawing>
          <wp:inline distT="0" distB="0" distL="0" distR="0" wp14:anchorId="6134BD38" wp14:editId="587E0B8A">
            <wp:extent cx="3611880" cy="1328888"/>
            <wp:effectExtent l="0" t="0" r="7620" b="5080"/>
            <wp:docPr id="29455489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554898" name="Bildobjekt 29455489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698" cy="134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8A75B" w14:textId="77777777" w:rsidR="00403CDB" w:rsidRPr="00E76975" w:rsidRDefault="00000000">
      <w:pPr>
        <w:pStyle w:val="Rubrik2"/>
        <w:jc w:val="center"/>
        <w:rPr>
          <w:sz w:val="32"/>
          <w:szCs w:val="32"/>
          <w:lang w:val="sv-SE"/>
        </w:rPr>
      </w:pPr>
      <w:r w:rsidRPr="00E76975">
        <w:rPr>
          <w:sz w:val="32"/>
          <w:szCs w:val="32"/>
          <w:lang w:val="sv-SE"/>
        </w:rPr>
        <w:t>Sommarens höjdpunkt i stallet!</w:t>
      </w:r>
    </w:p>
    <w:p w14:paraId="73592CC4" w14:textId="77777777" w:rsidR="00403CDB" w:rsidRPr="00E76975" w:rsidRDefault="00000000">
      <w:pPr>
        <w:rPr>
          <w:lang w:val="sv-SE"/>
        </w:rPr>
      </w:pPr>
      <w:r w:rsidRPr="00E76975">
        <w:rPr>
          <w:lang w:val="sv-SE"/>
        </w:rPr>
        <w:t>- Ridning varje dag</w:t>
      </w:r>
    </w:p>
    <w:p w14:paraId="3F174BD2" w14:textId="77777777" w:rsidR="00403CDB" w:rsidRPr="00E76975" w:rsidRDefault="00000000">
      <w:pPr>
        <w:rPr>
          <w:lang w:val="sv-SE"/>
        </w:rPr>
      </w:pPr>
      <w:r w:rsidRPr="00E76975">
        <w:rPr>
          <w:lang w:val="sv-SE"/>
        </w:rPr>
        <w:t>- Häst- och stallskötsel</w:t>
      </w:r>
    </w:p>
    <w:p w14:paraId="7BC4916D" w14:textId="77777777" w:rsidR="00403CDB" w:rsidRPr="00E76975" w:rsidRDefault="00000000">
      <w:pPr>
        <w:rPr>
          <w:lang w:val="sv-SE"/>
        </w:rPr>
      </w:pPr>
      <w:r w:rsidRPr="00E76975">
        <w:rPr>
          <w:lang w:val="sv-SE"/>
        </w:rPr>
        <w:t>- Teori och gemenskap</w:t>
      </w:r>
    </w:p>
    <w:p w14:paraId="3F0BF025" w14:textId="4D895386" w:rsidR="00403CDB" w:rsidRPr="00E76975" w:rsidRDefault="00000000">
      <w:pPr>
        <w:rPr>
          <w:lang w:val="sv-SE"/>
        </w:rPr>
      </w:pPr>
      <w:r w:rsidRPr="00E76975">
        <w:rPr>
          <w:lang w:val="sv-SE"/>
        </w:rPr>
        <w:t>- Roliga aktiviteter tillsammans</w:t>
      </w:r>
      <w:r w:rsidR="00FA0267">
        <w:rPr>
          <w:lang w:val="sv-SE"/>
        </w:rPr>
        <w:t xml:space="preserve"> på kvällarna</w:t>
      </w:r>
      <w:r w:rsidR="00CC266E">
        <w:rPr>
          <w:lang w:val="sv-SE"/>
        </w:rPr>
        <w:t>, valfri övernattning.</w:t>
      </w:r>
    </w:p>
    <w:p w14:paraId="4808847F" w14:textId="0D6EF7FE" w:rsidR="00403CDB" w:rsidRPr="00E76975" w:rsidRDefault="00CC266E">
      <w:pPr>
        <w:rPr>
          <w:lang w:val="sv-SE"/>
        </w:rPr>
      </w:pPr>
      <w:r>
        <w:rPr>
          <w:lang w:val="sv-SE"/>
        </w:rPr>
        <w:t xml:space="preserve">V. 25 </w:t>
      </w:r>
      <w:r w:rsidR="006524BA">
        <w:rPr>
          <w:lang w:val="sv-SE"/>
        </w:rPr>
        <w:t>skritt och trav, vecka 26 skritt</w:t>
      </w:r>
      <w:r w:rsidR="00DE2BE8">
        <w:rPr>
          <w:lang w:val="sv-SE"/>
        </w:rPr>
        <w:t>,</w:t>
      </w:r>
      <w:r w:rsidR="006524BA">
        <w:rPr>
          <w:lang w:val="sv-SE"/>
        </w:rPr>
        <w:t xml:space="preserve"> trav</w:t>
      </w:r>
      <w:r w:rsidR="00DE2BE8">
        <w:rPr>
          <w:lang w:val="sv-SE"/>
        </w:rPr>
        <w:t>,</w:t>
      </w:r>
      <w:r w:rsidR="00485AE3">
        <w:rPr>
          <w:lang w:val="sv-SE"/>
        </w:rPr>
        <w:t>och</w:t>
      </w:r>
      <w:r w:rsidR="006524BA">
        <w:rPr>
          <w:lang w:val="sv-SE"/>
        </w:rPr>
        <w:t xml:space="preserve"> galopp och vecka 33</w:t>
      </w:r>
      <w:r w:rsidR="0038255C">
        <w:rPr>
          <w:lang w:val="sv-SE"/>
        </w:rPr>
        <w:t xml:space="preserve"> gemensam igångsättning</w:t>
      </w:r>
      <w:r w:rsidR="003A1D20">
        <w:rPr>
          <w:lang w:val="sv-SE"/>
        </w:rPr>
        <w:t>.</w:t>
      </w:r>
      <w:r w:rsidR="00B0348C">
        <w:rPr>
          <w:lang w:val="sv-SE"/>
        </w:rPr>
        <w:t xml:space="preserve"> </w:t>
      </w:r>
      <w:r w:rsidR="003A1D20">
        <w:rPr>
          <w:lang w:val="sv-SE"/>
        </w:rPr>
        <w:t>G</w:t>
      </w:r>
      <w:r w:rsidR="00000000" w:rsidRPr="00E76975">
        <w:rPr>
          <w:lang w:val="sv-SE"/>
        </w:rPr>
        <w:t>rupper delas in efter nivå - från nybörjare till mer vana ryttare.</w:t>
      </w:r>
    </w:p>
    <w:p w14:paraId="05E342E7" w14:textId="3C88BB33" w:rsidR="00403CDB" w:rsidRPr="00E76975" w:rsidRDefault="00E76975">
      <w:pPr>
        <w:jc w:val="center"/>
        <w:rPr>
          <w:lang w:val="sv-SE"/>
        </w:rPr>
      </w:pPr>
      <w:r>
        <w:rPr>
          <w:i/>
          <w:noProof/>
          <w:lang w:val="sv-SE"/>
        </w:rPr>
        <w:drawing>
          <wp:inline distT="0" distB="0" distL="0" distR="0" wp14:anchorId="4B69EF5E" wp14:editId="6F893D6F">
            <wp:extent cx="2369820" cy="1315158"/>
            <wp:effectExtent l="0" t="0" r="0" b="0"/>
            <wp:docPr id="1056417379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17379" name="Bildobjekt 105641737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0642" cy="132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sv-SE"/>
        </w:rPr>
        <w:t xml:space="preserve">                     </w:t>
      </w:r>
      <w:r>
        <w:rPr>
          <w:noProof/>
          <w:lang w:val="sv-SE"/>
        </w:rPr>
        <w:drawing>
          <wp:inline distT="0" distB="0" distL="0" distR="0" wp14:anchorId="085D7F75" wp14:editId="70F116D7">
            <wp:extent cx="1083295" cy="1318260"/>
            <wp:effectExtent l="0" t="0" r="3175" b="0"/>
            <wp:docPr id="1965192041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192041" name="Bildobjekt 196519204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1302" cy="134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A3895" w14:textId="1835651E" w:rsidR="00403CDB" w:rsidRPr="00E76975" w:rsidRDefault="00E76975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1C5E15C" wp14:editId="3D93092B">
            <wp:simplePos x="0" y="0"/>
            <wp:positionH relativeFrom="column">
              <wp:posOffset>4434840</wp:posOffset>
            </wp:positionH>
            <wp:positionV relativeFrom="paragraph">
              <wp:posOffset>231140</wp:posOffset>
            </wp:positionV>
            <wp:extent cx="1232535" cy="1448825"/>
            <wp:effectExtent l="0" t="0" r="5715" b="0"/>
            <wp:wrapNone/>
            <wp:docPr id="34563277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632774" name="Bildobjekt 34563277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144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E76975">
        <w:rPr>
          <w:b/>
          <w:lang w:val="sv-SE"/>
        </w:rPr>
        <w:t xml:space="preserve">När: Vecka 25, 26 </w:t>
      </w:r>
      <w:r>
        <w:rPr>
          <w:b/>
          <w:lang w:val="sv-SE"/>
        </w:rPr>
        <w:t xml:space="preserve">måndag till onsdag </w:t>
      </w:r>
      <w:r w:rsidR="00000000" w:rsidRPr="00E76975">
        <w:rPr>
          <w:b/>
          <w:lang w:val="sv-SE"/>
        </w:rPr>
        <w:t xml:space="preserve">och </w:t>
      </w:r>
      <w:r>
        <w:rPr>
          <w:b/>
          <w:lang w:val="sv-SE"/>
        </w:rPr>
        <w:t xml:space="preserve">v </w:t>
      </w:r>
      <w:r w:rsidR="00000000" w:rsidRPr="00E76975">
        <w:rPr>
          <w:b/>
          <w:lang w:val="sv-SE"/>
        </w:rPr>
        <w:t>33</w:t>
      </w:r>
      <w:r>
        <w:rPr>
          <w:b/>
          <w:lang w:val="sv-SE"/>
        </w:rPr>
        <w:t xml:space="preserve"> tisdag till torsdag</w:t>
      </w:r>
    </w:p>
    <w:p w14:paraId="23A9B3D3" w14:textId="73940F07" w:rsidR="00403CDB" w:rsidRPr="00E76975" w:rsidRDefault="00000000">
      <w:pPr>
        <w:rPr>
          <w:lang w:val="sv-SE"/>
        </w:rPr>
      </w:pPr>
      <w:r w:rsidRPr="00E76975">
        <w:rPr>
          <w:b/>
          <w:lang w:val="sv-SE"/>
        </w:rPr>
        <w:t>Var: Strömsunds Ridklubb</w:t>
      </w:r>
    </w:p>
    <w:p w14:paraId="40647DB2" w14:textId="77777777" w:rsidR="00403CDB" w:rsidRPr="00E76975" w:rsidRDefault="00000000">
      <w:pPr>
        <w:rPr>
          <w:lang w:val="sv-SE"/>
        </w:rPr>
      </w:pPr>
      <w:r w:rsidRPr="00E76975">
        <w:rPr>
          <w:b/>
          <w:lang w:val="sv-SE"/>
        </w:rPr>
        <w:t>Anmälan &amp; information:</w:t>
      </w:r>
    </w:p>
    <w:p w14:paraId="6A36D98C" w14:textId="447CE1D2" w:rsidR="00403CDB" w:rsidRPr="00E76975" w:rsidRDefault="00000000">
      <w:pPr>
        <w:rPr>
          <w:lang w:val="sv-SE"/>
        </w:rPr>
      </w:pPr>
      <w:r w:rsidRPr="00E76975">
        <w:rPr>
          <w:lang w:val="sv-SE"/>
        </w:rPr>
        <w:t>E-post:</w:t>
      </w:r>
      <w:r w:rsidR="00E76975">
        <w:rPr>
          <w:lang w:val="sv-SE"/>
        </w:rPr>
        <w:t xml:space="preserve"> stromsundsrk@gmail.com</w:t>
      </w:r>
    </w:p>
    <w:p w14:paraId="5544BF6D" w14:textId="3B2812D3" w:rsidR="00403CDB" w:rsidRDefault="00000000">
      <w:pPr>
        <w:rPr>
          <w:lang w:val="sv-SE"/>
        </w:rPr>
      </w:pPr>
      <w:r w:rsidRPr="00E76975">
        <w:rPr>
          <w:lang w:val="sv-SE"/>
        </w:rPr>
        <w:t>Telefon:</w:t>
      </w:r>
      <w:r w:rsidR="00E76975">
        <w:rPr>
          <w:lang w:val="sv-SE"/>
        </w:rPr>
        <w:t xml:space="preserve"> 0724509585</w:t>
      </w:r>
    </w:p>
    <w:p w14:paraId="3F45739F" w14:textId="23F281F0" w:rsidR="00E76975" w:rsidRPr="00E76975" w:rsidRDefault="00E76975">
      <w:pPr>
        <w:rPr>
          <w:lang w:val="sv-SE"/>
        </w:rPr>
      </w:pPr>
      <w:r>
        <w:rPr>
          <w:lang w:val="sv-SE"/>
        </w:rPr>
        <w:t xml:space="preserve">Pris: </w:t>
      </w:r>
      <w:r w:rsidR="00C056D9">
        <w:rPr>
          <w:lang w:val="sv-SE"/>
        </w:rPr>
        <w:t>2500:-</w:t>
      </w:r>
      <w:r w:rsidR="003A1D20">
        <w:rPr>
          <w:lang w:val="sv-SE"/>
        </w:rPr>
        <w:t xml:space="preserve"> för v. 2</w:t>
      </w:r>
      <w:r w:rsidR="0050061D">
        <w:rPr>
          <w:lang w:val="sv-SE"/>
        </w:rPr>
        <w:t>5 och 26. 1500:- för v 33, ingen över nattning</w:t>
      </w:r>
    </w:p>
    <w:p w14:paraId="0157E5B7" w14:textId="527F4171" w:rsidR="00403CDB" w:rsidRPr="00E76975" w:rsidRDefault="00000000">
      <w:pPr>
        <w:rPr>
          <w:lang w:val="sv-SE"/>
        </w:rPr>
      </w:pPr>
      <w:r w:rsidRPr="00E76975">
        <w:rPr>
          <w:b/>
          <w:lang w:val="sv-SE"/>
        </w:rPr>
        <w:t>Begränsat antal platser - först till kvarn gäller!</w:t>
      </w:r>
      <w:r w:rsidR="00E76975">
        <w:rPr>
          <w:b/>
          <w:lang w:val="sv-SE"/>
        </w:rPr>
        <w:t xml:space="preserve"> Sista anmälningsdag 15/5-26</w:t>
      </w:r>
    </w:p>
    <w:sectPr w:rsidR="00403CDB" w:rsidRPr="00E76975" w:rsidSect="00034616">
      <w:pgSz w:w="11909" w:h="16834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rerad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rerad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ktlist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ktlist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09754235">
    <w:abstractNumId w:val="8"/>
  </w:num>
  <w:num w:numId="2" w16cid:durableId="874464541">
    <w:abstractNumId w:val="6"/>
  </w:num>
  <w:num w:numId="3" w16cid:durableId="1877959001">
    <w:abstractNumId w:val="5"/>
  </w:num>
  <w:num w:numId="4" w16cid:durableId="297498978">
    <w:abstractNumId w:val="4"/>
  </w:num>
  <w:num w:numId="5" w16cid:durableId="344399971">
    <w:abstractNumId w:val="7"/>
  </w:num>
  <w:num w:numId="6" w16cid:durableId="1047222689">
    <w:abstractNumId w:val="3"/>
  </w:num>
  <w:num w:numId="7" w16cid:durableId="880747309">
    <w:abstractNumId w:val="2"/>
  </w:num>
  <w:num w:numId="8" w16cid:durableId="956641129">
    <w:abstractNumId w:val="1"/>
  </w:num>
  <w:num w:numId="9" w16cid:durableId="1418597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38255C"/>
    <w:rsid w:val="003A1D20"/>
    <w:rsid w:val="00403CDB"/>
    <w:rsid w:val="00485AE3"/>
    <w:rsid w:val="0050061D"/>
    <w:rsid w:val="006524BA"/>
    <w:rsid w:val="008F1733"/>
    <w:rsid w:val="00AA1D8D"/>
    <w:rsid w:val="00B0348C"/>
    <w:rsid w:val="00B47730"/>
    <w:rsid w:val="00C056D9"/>
    <w:rsid w:val="00C325A9"/>
    <w:rsid w:val="00CB0664"/>
    <w:rsid w:val="00CC266E"/>
    <w:rsid w:val="00DE2BE8"/>
    <w:rsid w:val="00E76975"/>
    <w:rsid w:val="00F777F0"/>
    <w:rsid w:val="00FA026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694812"/>
  <w14:defaultImageDpi w14:val="300"/>
  <w15:docId w15:val="{0644291A-7C42-4560-BF03-D9456256B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Calibri" w:hAnsi="Calibri"/>
      <w:sz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618BF"/>
  </w:style>
  <w:style w:type="paragraph" w:styleId="Sidfot">
    <w:name w:val="footer"/>
    <w:basedOn w:val="Normal"/>
    <w:link w:val="Sidfo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618BF"/>
  </w:style>
  <w:style w:type="paragraph" w:styleId="Ingetavstnd">
    <w:name w:val="No Spacing"/>
    <w:uiPriority w:val="1"/>
    <w:qFormat/>
    <w:rsid w:val="00FC693F"/>
    <w:pPr>
      <w:spacing w:after="0" w:line="240" w:lineRule="auto"/>
    </w:pPr>
  </w:style>
  <w:style w:type="character" w:customStyle="1" w:styleId="Rubrik1Char">
    <w:name w:val="Rubrik 1 Char"/>
    <w:basedOn w:val="Standardstycketeckensnitt"/>
    <w:link w:val="Rubri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ubrik">
    <w:name w:val="Title"/>
    <w:basedOn w:val="Normal"/>
    <w:next w:val="Normal"/>
    <w:link w:val="Rubrik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styck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rdtext">
    <w:name w:val="Body Text"/>
    <w:basedOn w:val="Normal"/>
    <w:link w:val="BrdtextChar"/>
    <w:uiPriority w:val="99"/>
    <w:unhideWhenUsed/>
    <w:rsid w:val="00AA1D8D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AA1D8D"/>
  </w:style>
  <w:style w:type="paragraph" w:styleId="Brdtext2">
    <w:name w:val="Body Text 2"/>
    <w:basedOn w:val="Normal"/>
    <w:link w:val="Brdtext2Char"/>
    <w:uiPriority w:val="99"/>
    <w:unhideWhenUsed/>
    <w:rsid w:val="00AA1D8D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rsid w:val="00AA1D8D"/>
  </w:style>
  <w:style w:type="paragraph" w:styleId="Brdtext3">
    <w:name w:val="Body Text 3"/>
    <w:basedOn w:val="Normal"/>
    <w:link w:val="Brd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Punktlista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Punktlista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Punktlista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reradlist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reradlist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reradlist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fortstt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fortstt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fortstt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Citat">
    <w:name w:val="Quote"/>
    <w:basedOn w:val="Normal"/>
    <w:next w:val="Normal"/>
    <w:link w:val="CitatChar"/>
    <w:uiPriority w:val="29"/>
    <w:qFormat/>
    <w:rsid w:val="00FC693F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FC693F"/>
    <w:rPr>
      <w:i/>
      <w:iCs/>
      <w:color w:val="000000" w:themeColor="text1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ark">
    <w:name w:val="Strong"/>
    <w:basedOn w:val="Standardstycketeckensnitt"/>
    <w:uiPriority w:val="22"/>
    <w:qFormat/>
    <w:rsid w:val="00FC693F"/>
    <w:rPr>
      <w:b/>
      <w:bCs/>
    </w:rPr>
  </w:style>
  <w:style w:type="character" w:styleId="Betoning">
    <w:name w:val="Emphasis"/>
    <w:basedOn w:val="Standardstycketeckensnitt"/>
    <w:uiPriority w:val="20"/>
    <w:qFormat/>
    <w:rsid w:val="00FC693F"/>
    <w:rPr>
      <w:i/>
      <w:iCs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FC693F"/>
    <w:rPr>
      <w:b/>
      <w:bCs/>
      <w:i/>
      <w:iCs/>
      <w:color w:val="4F81BD" w:themeColor="accent1"/>
    </w:rPr>
  </w:style>
  <w:style w:type="character" w:styleId="Diskretbetoning">
    <w:name w:val="Subtle Emphasis"/>
    <w:basedOn w:val="Standardstycketeckensnitt"/>
    <w:uiPriority w:val="19"/>
    <w:qFormat/>
    <w:rsid w:val="00FC693F"/>
    <w:rPr>
      <w:i/>
      <w:iCs/>
      <w:color w:val="808080" w:themeColor="text1" w:themeTint="7F"/>
    </w:rPr>
  </w:style>
  <w:style w:type="character" w:styleId="Starkbetoning">
    <w:name w:val="Intense Emphasis"/>
    <w:basedOn w:val="Standardstycketeckensnitt"/>
    <w:uiPriority w:val="21"/>
    <w:qFormat/>
    <w:rsid w:val="00FC693F"/>
    <w:rPr>
      <w:b/>
      <w:bCs/>
      <w:i/>
      <w:iCs/>
      <w:color w:val="4F81BD" w:themeColor="accent1"/>
    </w:rPr>
  </w:style>
  <w:style w:type="character" w:styleId="Diskretreferens">
    <w:name w:val="Subtle Reference"/>
    <w:basedOn w:val="Standardstycketeckensnitt"/>
    <w:uiPriority w:val="31"/>
    <w:qFormat/>
    <w:rsid w:val="00FC693F"/>
    <w:rPr>
      <w:smallCaps/>
      <w:color w:val="C0504D" w:themeColor="accent2"/>
      <w:u w:val="single"/>
    </w:rPr>
  </w:style>
  <w:style w:type="character" w:styleId="Starkreferens">
    <w:name w:val="Intense Reference"/>
    <w:basedOn w:val="Standardstycketeckensnit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kenstitel">
    <w:name w:val="Book Title"/>
    <w:basedOn w:val="Standardstycketeckensnitt"/>
    <w:uiPriority w:val="33"/>
    <w:qFormat/>
    <w:rsid w:val="00FC693F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C693F"/>
    <w:pPr>
      <w:outlineLvl w:val="9"/>
    </w:pPr>
  </w:style>
  <w:style w:type="table" w:styleId="Tabellrutnt">
    <w:name w:val="Table Grid"/>
    <w:basedOn w:val="Normaltabel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skuggning">
    <w:name w:val="Light Shading"/>
    <w:basedOn w:val="Normaltabel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juslista">
    <w:name w:val="Light List"/>
    <w:basedOn w:val="Normaltabel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juslista-dekorfrg2">
    <w:name w:val="Light List Accent 2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juslista-dekorfrg3">
    <w:name w:val="Light List Accent 3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juslista-dekorfrg4">
    <w:name w:val="Light List Accent 4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juslista-dekorfrg5">
    <w:name w:val="Light List Accent 5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juslista-dekorfrg6">
    <w:name w:val="Light List Accent 6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justrutnt">
    <w:name w:val="Light Grid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justrutnt-dekorfrg2">
    <w:name w:val="Light Grid Accent 2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justrutnt-dekorfrg3">
    <w:name w:val="Light Grid Accent 3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justrutnt-dekorfrg4">
    <w:name w:val="Light Grid Accent 4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justrutnt-dekorfrg5">
    <w:name w:val="Light Grid Accent 5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justrutnt-dekorfrg6">
    <w:name w:val="Light Grid Accent 6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llanmrkskuggning1">
    <w:name w:val="Medium Shading 1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lista1">
    <w:name w:val="Medium List 1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llanmrklista2">
    <w:name w:val="Medium List 2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trutnt1">
    <w:name w:val="Medium Grid 1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llanmrktrutnt2">
    <w:name w:val="Medium Grid 2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rklista">
    <w:name w:val="Dark List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Mrklista-dekorfrg2">
    <w:name w:val="Dark List Accent 2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Mrklista-dekorfrg3">
    <w:name w:val="Dark List Accent 3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Mrklista-dekorfrg4">
    <w:name w:val="Dark List Accent 4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rklista-dekorfrg5">
    <w:name w:val="Dark List Accent 5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rklista-dekorfrg6">
    <w:name w:val="Dark List Accent 6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rgadskuggning">
    <w:name w:val="Colorful Shading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lista">
    <w:name w:val="Colorful List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rgadlista-dekorfrg2">
    <w:name w:val="Colorful List Accent 2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rgadlista-dekorfrg3">
    <w:name w:val="Colorful List Accent 3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rgadlista-dekorfrg4">
    <w:name w:val="Colorful List Accent 4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rgadlista-dekorfrg5">
    <w:name w:val="Colorful List Accent 5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rgadlista-dekorfrg6">
    <w:name w:val="Colorful List Accent 6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rgatrutnt">
    <w:name w:val="Colorful Grid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rgatrutnt-dekorfrg2">
    <w:name w:val="Colorful Grid Accent 2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rgatrutnt-dekorfrg3">
    <w:name w:val="Colorful Grid Accent 3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rgatrutnt-dekorfrg4">
    <w:name w:val="Colorful Grid Accent 4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rgatrutnt-dekorfrg5">
    <w:name w:val="Colorful Grid Accent 5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rgatrutnt-dekorfrg6">
    <w:name w:val="Colorful Grid Accent 6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116</Words>
  <Characters>615</Characters>
  <Application>Microsoft Office Word</Application>
  <DocSecurity>0</DocSecurity>
  <Lines>17</Lines>
  <Paragraphs>16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Strömsunds Ridklubb</cp:lastModifiedBy>
  <cp:revision>13</cp:revision>
  <cp:lastPrinted>2026-03-11T08:03:00Z</cp:lastPrinted>
  <dcterms:created xsi:type="dcterms:W3CDTF">2026-03-11T07:46:00Z</dcterms:created>
  <dcterms:modified xsi:type="dcterms:W3CDTF">2026-03-11T08:04:00Z</dcterms:modified>
  <cp:category/>
</cp:coreProperties>
</file>